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5F4" w:rsidRDefault="00734813">
      <w:pPr>
        <w:pStyle w:val="Heading1"/>
      </w:pPr>
      <w:r>
        <w:t>SayPro Health Care Wellness (GBV Awareness &amp; Health Services) – Evaluation Form</w:t>
      </w:r>
    </w:p>
    <w:p w:rsidR="007665F4" w:rsidRDefault="00734813">
      <w:r>
        <w:t>Instructions: Rate each statement from 1 to 5, where</w:t>
      </w:r>
    </w:p>
    <w:p w:rsidR="007665F4" w:rsidRDefault="00734813">
      <w:r>
        <w:t>1 = Strongly Disagree, 2 = Disagree, 3 = Neutral, 4 = Agree, 5 = Strongly Agree.</w:t>
      </w:r>
    </w:p>
    <w:p w:rsidR="00BB6BB4" w:rsidRPr="00734813" w:rsidRDefault="00734813" w:rsidP="00734813">
      <w:pPr>
        <w:spacing w:after="0"/>
        <w:rPr>
          <w:i/>
        </w:rPr>
      </w:pPr>
      <w:r w:rsidRPr="00734813">
        <w:rPr>
          <w:i/>
        </w:rPr>
        <w:t>Please circle correct answer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6"/>
        <w:gridCol w:w="1352"/>
        <w:gridCol w:w="1170"/>
        <w:gridCol w:w="1170"/>
        <w:gridCol w:w="1260"/>
        <w:gridCol w:w="1188"/>
      </w:tblGrid>
      <w:tr w:rsidR="00BB6BB4" w:rsidTr="00734813">
        <w:tc>
          <w:tcPr>
            <w:tcW w:w="2716" w:type="dxa"/>
          </w:tcPr>
          <w:p w:rsidR="00BB6BB4" w:rsidRDefault="00BB6BB4">
            <w:r>
              <w:t>Statement</w:t>
            </w:r>
          </w:p>
        </w:tc>
        <w:tc>
          <w:tcPr>
            <w:tcW w:w="1352" w:type="dxa"/>
            <w:tcBorders>
              <w:right w:val="nil"/>
            </w:tcBorders>
          </w:tcPr>
          <w:p w:rsidR="00BB6BB4" w:rsidRDefault="00BB6BB4" w:rsidP="00BB6BB4">
            <w:pPr>
              <w:jc w:val="center"/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BB6BB4" w:rsidRDefault="00734813" w:rsidP="00734813">
            <w:pPr>
              <w:jc w:val="center"/>
            </w:pPr>
            <w:r>
              <w:t>Ratings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BB6BB4" w:rsidRDefault="00BB6BB4" w:rsidP="00BB6BB4">
            <w:pPr>
              <w:jc w:val="center"/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BB6BB4" w:rsidRDefault="00BB6BB4"/>
        </w:tc>
        <w:tc>
          <w:tcPr>
            <w:tcW w:w="1188" w:type="dxa"/>
            <w:tcBorders>
              <w:left w:val="nil"/>
            </w:tcBorders>
          </w:tcPr>
          <w:p w:rsidR="00BB6BB4" w:rsidRDefault="00BB6BB4"/>
        </w:tc>
      </w:tr>
      <w:tr w:rsidR="00BB6BB4" w:rsidTr="00BB6BB4">
        <w:tc>
          <w:tcPr>
            <w:tcW w:w="2716" w:type="dxa"/>
          </w:tcPr>
          <w:p w:rsidR="00BB6BB4" w:rsidRDefault="00BB6BB4">
            <w:r>
              <w:t>The event increased my awareness about gender-based violence (GBV).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  <w:tr w:rsidR="00BB6BB4" w:rsidTr="00BB6BB4">
        <w:tc>
          <w:tcPr>
            <w:tcW w:w="2716" w:type="dxa"/>
          </w:tcPr>
          <w:p w:rsidR="00BB6BB4" w:rsidRDefault="00BB6BB4">
            <w:bookmarkStart w:id="0" w:name="_GoBack"/>
            <w:bookmarkEnd w:id="0"/>
            <w:r>
              <w:t>The information provided about healthcare and wellness was clear and useful.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  <w:tr w:rsidR="00BB6BB4" w:rsidTr="00BB6BB4">
        <w:tc>
          <w:tcPr>
            <w:tcW w:w="2716" w:type="dxa"/>
          </w:tcPr>
          <w:p w:rsidR="00BB6BB4" w:rsidRDefault="00BB6BB4">
            <w:r>
              <w:t>The activities and panel sessions were engaging and relevant to my needs.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  <w:tr w:rsidR="00BB6BB4" w:rsidTr="00BB6BB4">
        <w:tc>
          <w:tcPr>
            <w:tcW w:w="2716" w:type="dxa"/>
          </w:tcPr>
          <w:p w:rsidR="00BB6BB4" w:rsidRDefault="00BB6BB4" w:rsidP="00BB6BB4">
            <w:r>
              <w:t>The activities and panel sessions were engaging and relevant to my needs.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  <w:tr w:rsidR="00BB6BB4" w:rsidTr="00BB6BB4">
        <w:tc>
          <w:tcPr>
            <w:tcW w:w="2716" w:type="dxa"/>
          </w:tcPr>
          <w:p w:rsidR="00BB6BB4" w:rsidRDefault="00BB6BB4" w:rsidP="00BB6BB4">
            <w:r>
              <w:t>The event environment was professional, respectful, and inclusive.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  <w:tr w:rsidR="00BB6BB4" w:rsidTr="00BB6BB4">
        <w:tc>
          <w:tcPr>
            <w:tcW w:w="2716" w:type="dxa"/>
          </w:tcPr>
          <w:p w:rsidR="00BB6BB4" w:rsidRDefault="00BB6BB4" w:rsidP="00BB6BB4">
            <w:r>
              <w:t>The facilitators and speakers were knowledgeable and approachable.</w:t>
            </w:r>
          </w:p>
        </w:tc>
        <w:tc>
          <w:tcPr>
            <w:tcW w:w="1352" w:type="dxa"/>
          </w:tcPr>
          <w:p w:rsidR="00BB6BB4" w:rsidRDefault="00734813" w:rsidP="00734813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BB6BB4" w:rsidRDefault="00734813" w:rsidP="00734813">
            <w:pPr>
              <w:jc w:val="center"/>
            </w:pPr>
            <w:r>
              <w:t>3</w:t>
            </w:r>
          </w:p>
        </w:tc>
        <w:tc>
          <w:tcPr>
            <w:tcW w:w="1260" w:type="dxa"/>
          </w:tcPr>
          <w:p w:rsidR="00BB6BB4" w:rsidRDefault="00734813" w:rsidP="00734813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:rsidR="00BB6BB4" w:rsidRDefault="00734813" w:rsidP="00734813">
            <w:pPr>
              <w:jc w:val="center"/>
            </w:pPr>
            <w:r>
              <w:t>5</w:t>
            </w:r>
          </w:p>
        </w:tc>
      </w:tr>
    </w:tbl>
    <w:p w:rsidR="00BB6BB4" w:rsidRDefault="00BB6BB4"/>
    <w:p w:rsidR="007665F4" w:rsidRDefault="00734813">
      <w:r>
        <w:t>Additional comments or suggestions about the event:___________________________________________________________________________________________________________________________________________________________________________________________________________</w:t>
      </w:r>
    </w:p>
    <w:p w:rsidR="007665F4" w:rsidRDefault="00734813">
      <w:r>
        <w:t>Specific feedback on the activities or session topics:___________________________________________________________________________________________________________________________________________________________________________________________________________</w:t>
      </w:r>
    </w:p>
    <w:sectPr w:rsidR="007665F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34813"/>
    <w:rsid w:val="007665F4"/>
    <w:rsid w:val="00AA1D8D"/>
    <w:rsid w:val="00B47730"/>
    <w:rsid w:val="00BB6BB4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38D0C3AD-E4EB-4098-AA7D-8EB9E4F2A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B4DEE1-7FF6-4E1C-B1D0-7AB572318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1271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2025-05-30T12:28:00Z</dcterms:created>
  <dcterms:modified xsi:type="dcterms:W3CDTF">2025-05-30T12:28:00Z</dcterms:modified>
  <cp:category/>
</cp:coreProperties>
</file>